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1935C" w14:textId="77777777" w:rsidR="006B39CA" w:rsidRDefault="006B39CA">
      <w:pPr>
        <w:spacing w:after="40"/>
        <w:jc w:val="center"/>
        <w:rPr>
          <w:b/>
          <w:sz w:val="24"/>
          <w:lang w:val="bg-BG"/>
        </w:rPr>
      </w:pPr>
    </w:p>
    <w:p w14:paraId="1884B949" w14:textId="77777777" w:rsidR="00061E64" w:rsidRDefault="00061E64" w:rsidP="00F3713A">
      <w:pPr>
        <w:spacing w:after="0" w:line="276" w:lineRule="auto"/>
        <w:jc w:val="left"/>
        <w:rPr>
          <w:rFonts w:asciiTheme="minorHAnsi" w:hAnsiTheme="minorHAnsi"/>
          <w:b/>
          <w:sz w:val="24"/>
          <w:szCs w:val="24"/>
          <w:lang w:val="bg-BG"/>
        </w:rPr>
      </w:pPr>
    </w:p>
    <w:p w14:paraId="1D4C568B" w14:textId="0E3F19E7" w:rsidR="004F4C6F" w:rsidRPr="004F4C6F" w:rsidRDefault="004F4C6F" w:rsidP="004F4C6F">
      <w:pPr>
        <w:spacing w:before="100" w:beforeAutospacing="1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Дата: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14.09.2026 г.</w:t>
      </w:r>
    </w:p>
    <w:p w14:paraId="14A0C6E0" w14:textId="77777777" w:rsidR="004F4C6F" w:rsidRPr="004F4C6F" w:rsidRDefault="004F4C6F" w:rsidP="00EA758F">
      <w:pPr>
        <w:spacing w:before="100" w:beforeAutospacing="1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bg-BG" w:eastAsia="bg-BG"/>
        </w:rPr>
        <w:t>ОБЯВА ЗА НАБИРАНЕ И ПОДБОР НА КАНДИДАТИ</w:t>
      </w:r>
    </w:p>
    <w:p w14:paraId="76FA3193" w14:textId="2B49B88C" w:rsidR="004F4C6F" w:rsidRPr="004F4C6F" w:rsidRDefault="004F4C6F" w:rsidP="00EA758F">
      <w:pPr>
        <w:spacing w:before="100" w:beforeAutospacing="1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ЗА 2 (ДВЕ) ПОЗИЦИИ „</w:t>
      </w:r>
      <w:r w:rsidR="0011748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ОБРАЗОВАТЕЛЕН </w:t>
      </w:r>
      <w:r w:rsidRPr="004F4C6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МЕДИАТОР</w:t>
      </w:r>
      <w:r w:rsidR="00A46C6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“</w:t>
      </w:r>
      <w:r w:rsidRPr="004F4C6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КЪМ ЗВЕНО „МЕДИАЦИЯ“</w:t>
      </w:r>
    </w:p>
    <w:p w14:paraId="774CC910" w14:textId="77777777" w:rsidR="004F4C6F" w:rsidRPr="004F4C6F" w:rsidRDefault="004F4C6F" w:rsidP="00095B47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Бенефициент: Основно училище „Иван Вазов“ – гр. Кюстендил</w:t>
      </w:r>
      <w:r w:rsidRPr="004F4C6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br/>
        <w:t>ЕИК: 181214358</w:t>
      </w:r>
      <w:r w:rsidRPr="004F4C6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br/>
        <w:t>Адрес: гр. Кюстендил, п.к. 2500, ул. „София“ № 6</w:t>
      </w:r>
    </w:p>
    <w:p w14:paraId="32C16C7E" w14:textId="77777777" w:rsidR="00095B47" w:rsidRDefault="00095B47" w:rsidP="00095B47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57CA63F8" w14:textId="74C7DEF6" w:rsidR="004F4C6F" w:rsidRPr="004F4C6F" w:rsidRDefault="004F4C6F" w:rsidP="00095B47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Проект № BG05SFPR001-1.010-0273</w:t>
      </w:r>
      <w:r w:rsidRPr="004F4C6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br/>
        <w:t>„Сигурна среда за всяко дете: превенция и интервенция в ОУ „Иван Вазов“</w:t>
      </w:r>
    </w:p>
    <w:p w14:paraId="0A6A165C" w14:textId="77777777" w:rsidR="004F4C6F" w:rsidRPr="004F4C6F" w:rsidRDefault="004F4C6F" w:rsidP="00095B47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Административен договор за предоставяне на БФП № BG05SFPR001-1.010-0273-C01 от 14.08.2026 г.</w:t>
      </w:r>
    </w:p>
    <w:p w14:paraId="65211E0D" w14:textId="77777777" w:rsidR="00095B47" w:rsidRDefault="00095B47" w:rsidP="00095B47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22E8852A" w14:textId="416BF19E" w:rsidR="004F4C6F" w:rsidRPr="004F4C6F" w:rsidRDefault="004F4C6F" w:rsidP="00095B47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Програма „Образование“ 2021–2027</w:t>
      </w:r>
    </w:p>
    <w:p w14:paraId="4D496982" w14:textId="77777777" w:rsidR="004F4C6F" w:rsidRPr="004F4C6F" w:rsidRDefault="004F4C6F" w:rsidP="00095B47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Процедура BG05SFPR001-1.010 „Превенция и предотвратяване на тормоза и насилието и намаляване агресията в училищата“</w:t>
      </w:r>
    </w:p>
    <w:p w14:paraId="6149A972" w14:textId="77777777" w:rsidR="00095B47" w:rsidRDefault="00095B47" w:rsidP="00B20C17">
      <w:pPr>
        <w:spacing w:before="100" w:beforeAutospacing="1" w:afterAutospacing="1" w:line="240" w:lineRule="auto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</w:p>
    <w:p w14:paraId="3101F0BF" w14:textId="7EB57253" w:rsidR="00B20C17" w:rsidRPr="00B20C17" w:rsidRDefault="00B20C17" w:rsidP="00B20C17">
      <w:pPr>
        <w:spacing w:before="100" w:beforeAutospacing="1" w:afterAutospacing="1" w:line="240" w:lineRule="auto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B20C17">
        <w:rPr>
          <w:rFonts w:ascii="Times New Roman" w:hAnsi="Times New Roman" w:cs="Times New Roman"/>
          <w:sz w:val="24"/>
          <w:szCs w:val="24"/>
          <w:lang w:val="bg-BG"/>
        </w:rPr>
        <w:t xml:space="preserve">Във връзка с изпълнението на проект № BG05SFPR001-1.010-0273 „Сигурна среда за всяко дете: превенция и интервенция в ОУ „Иван Вазов“, ОУ „Иван Вазов“ – гр. Кюстендил обявява подбор на </w:t>
      </w:r>
      <w:r w:rsidRPr="00B20C17">
        <w:rPr>
          <w:rStyle w:val="af8"/>
          <w:rFonts w:ascii="Times New Roman" w:hAnsi="Times New Roman" w:cs="Times New Roman"/>
          <w:sz w:val="24"/>
          <w:szCs w:val="24"/>
          <w:lang w:val="bg-BG"/>
        </w:rPr>
        <w:t>2 (две) лица за позиция „</w:t>
      </w:r>
      <w:r w:rsidR="00CF51B3">
        <w:rPr>
          <w:rStyle w:val="af8"/>
          <w:rFonts w:ascii="Times New Roman" w:hAnsi="Times New Roman" w:cs="Times New Roman"/>
          <w:sz w:val="24"/>
          <w:szCs w:val="24"/>
          <w:lang w:val="bg-BG"/>
        </w:rPr>
        <w:t>Образователен м</w:t>
      </w:r>
      <w:r w:rsidRPr="00B20C17">
        <w:rPr>
          <w:rStyle w:val="af8"/>
          <w:rFonts w:ascii="Times New Roman" w:hAnsi="Times New Roman" w:cs="Times New Roman"/>
          <w:sz w:val="24"/>
          <w:szCs w:val="24"/>
          <w:lang w:val="bg-BG"/>
        </w:rPr>
        <w:t>едиатор към звено „Медиация“, всяко на 0,5 щатна бройка</w:t>
      </w:r>
      <w:r w:rsidRPr="00B20C17">
        <w:rPr>
          <w:rFonts w:ascii="Times New Roman" w:hAnsi="Times New Roman" w:cs="Times New Roman"/>
          <w:sz w:val="24"/>
          <w:szCs w:val="24"/>
          <w:lang w:val="bg-BG"/>
        </w:rPr>
        <w:t>, за подпомагане изпълнението на дейностите по проекта.</w:t>
      </w:r>
    </w:p>
    <w:p w14:paraId="7C243DDE" w14:textId="7ABC9DE2" w:rsidR="004F4C6F" w:rsidRPr="004F4C6F" w:rsidRDefault="004F4C6F" w:rsidP="004F4C6F">
      <w:pPr>
        <w:spacing w:before="100" w:beforeAutospacing="1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ПРЕДМЕТ И ОБХВАТ НА РАБОТАТА</w:t>
      </w:r>
    </w:p>
    <w:p w14:paraId="15667007" w14:textId="0DB0DBBF" w:rsidR="004F4C6F" w:rsidRPr="004F4C6F" w:rsidRDefault="008908C7" w:rsidP="00B20C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Образователните медиатори</w:t>
      </w:r>
      <w:r w:rsidR="004F4C6F"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подпомагат функционирането на звено „Медиация“ и изпълнението на дейностите по проекта, насочени към превенция и интервенция при тормоз, насилие и агресия, подобряване на комуникацията училище–семейство и по-активно включване на родителите в училищния живот.</w:t>
      </w:r>
    </w:p>
    <w:p w14:paraId="15E4721F" w14:textId="77777777" w:rsidR="004F4C6F" w:rsidRPr="004F4C6F" w:rsidRDefault="004F4C6F" w:rsidP="00B20C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Работата включва:</w:t>
      </w:r>
    </w:p>
    <w:p w14:paraId="77FABDDD" w14:textId="77777777" w:rsidR="004F4C6F" w:rsidRPr="004F4C6F" w:rsidRDefault="004F4C6F" w:rsidP="00B20C17">
      <w:pPr>
        <w:numPr>
          <w:ilvl w:val="0"/>
          <w:numId w:val="35"/>
        </w:numPr>
        <w:tabs>
          <w:tab w:val="clear" w:pos="720"/>
          <w:tab w:val="num" w:pos="426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подпомагане на регулярната работа на звено „Медиация“;</w:t>
      </w:r>
    </w:p>
    <w:p w14:paraId="6952C6BC" w14:textId="77777777" w:rsidR="004F4C6F" w:rsidRPr="004F4C6F" w:rsidRDefault="004F4C6F" w:rsidP="00B20C17">
      <w:pPr>
        <w:numPr>
          <w:ilvl w:val="0"/>
          <w:numId w:val="35"/>
        </w:numPr>
        <w:tabs>
          <w:tab w:val="clear" w:pos="720"/>
          <w:tab w:val="num" w:pos="426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съдействие за осъществяване на контакт и комуникация между училището, учениците и техните родители/законни представители;</w:t>
      </w:r>
    </w:p>
    <w:p w14:paraId="279F1974" w14:textId="77777777" w:rsidR="004F4C6F" w:rsidRPr="004F4C6F" w:rsidRDefault="004F4C6F" w:rsidP="00B20C17">
      <w:pPr>
        <w:numPr>
          <w:ilvl w:val="0"/>
          <w:numId w:val="35"/>
        </w:numPr>
        <w:tabs>
          <w:tab w:val="clear" w:pos="720"/>
          <w:tab w:val="num" w:pos="426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съдействие за достигане до родители и семейства с по-ниска ангажираност и мотивирането им за участие в предвидените по проекта дейности;</w:t>
      </w:r>
    </w:p>
    <w:p w14:paraId="1DA033FC" w14:textId="77777777" w:rsidR="004F4C6F" w:rsidRPr="004F4C6F" w:rsidRDefault="004F4C6F" w:rsidP="00B20C17">
      <w:pPr>
        <w:numPr>
          <w:ilvl w:val="0"/>
          <w:numId w:val="35"/>
        </w:numPr>
        <w:tabs>
          <w:tab w:val="clear" w:pos="720"/>
          <w:tab w:val="num" w:pos="426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подпомагане участието на родители в срещи, консултации, медиация, информационни кампании, училищни инициативи и други форми на работа по проекта;</w:t>
      </w:r>
    </w:p>
    <w:p w14:paraId="25F710E8" w14:textId="77777777" w:rsidR="004F4C6F" w:rsidRPr="004F4C6F" w:rsidRDefault="004F4C6F" w:rsidP="00B20C17">
      <w:pPr>
        <w:numPr>
          <w:ilvl w:val="0"/>
          <w:numId w:val="35"/>
        </w:numPr>
        <w:tabs>
          <w:tab w:val="clear" w:pos="720"/>
          <w:tab w:val="num" w:pos="426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съдействие при комуникацията със семействата във връзка с предприети мерки и последващото им проследяване;</w:t>
      </w:r>
    </w:p>
    <w:p w14:paraId="12505D44" w14:textId="77777777" w:rsidR="004F4C6F" w:rsidRPr="004F4C6F" w:rsidRDefault="004F4C6F" w:rsidP="00B20C17">
      <w:pPr>
        <w:numPr>
          <w:ilvl w:val="0"/>
          <w:numId w:val="35"/>
        </w:numPr>
        <w:tabs>
          <w:tab w:val="clear" w:pos="720"/>
          <w:tab w:val="num" w:pos="426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участие в училищни инициативи, събития и други дейности, свързани с превенцията на тормоза, насилието и агресията;</w:t>
      </w:r>
    </w:p>
    <w:p w14:paraId="3016AA08" w14:textId="77777777" w:rsidR="004F4C6F" w:rsidRPr="004F4C6F" w:rsidRDefault="004F4C6F" w:rsidP="00B20C17">
      <w:pPr>
        <w:numPr>
          <w:ilvl w:val="0"/>
          <w:numId w:val="35"/>
        </w:numPr>
        <w:tabs>
          <w:tab w:val="clear" w:pos="720"/>
          <w:tab w:val="num" w:pos="426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съдействие при дейности, насочени към изграждане на доверие между училището, учениците и семействата и насърчаване на своевременното търсене на подкрепа;</w:t>
      </w:r>
    </w:p>
    <w:p w14:paraId="7085D4D0" w14:textId="63FD0EED" w:rsidR="004F4C6F" w:rsidRPr="004F4C6F" w:rsidRDefault="004F4C6F" w:rsidP="00B20C17">
      <w:pPr>
        <w:numPr>
          <w:ilvl w:val="0"/>
          <w:numId w:val="35"/>
        </w:numPr>
        <w:tabs>
          <w:tab w:val="clear" w:pos="720"/>
          <w:tab w:val="num" w:pos="426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изпълнение на други относими към функциите на </w:t>
      </w:r>
      <w:r w:rsidR="004B17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образователния </w:t>
      </w: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медиатор дейности, предвидени в проекта и възложени в рамките на работното време.</w:t>
      </w:r>
    </w:p>
    <w:p w14:paraId="24A210F8" w14:textId="77777777" w:rsidR="00D61DF2" w:rsidRDefault="00D61DF2" w:rsidP="00D61DF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59421C95" w14:textId="154C2131" w:rsidR="004F4C6F" w:rsidRPr="004F4C6F" w:rsidRDefault="004F4C6F" w:rsidP="00D61DF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ОЧАКВАН РЕЗУЛТАТ</w:t>
      </w:r>
    </w:p>
    <w:p w14:paraId="584F650E" w14:textId="3C0A46A4" w:rsidR="004F4C6F" w:rsidRPr="004F4C6F" w:rsidRDefault="004F4C6F" w:rsidP="00D6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резултат от работата на </w:t>
      </w:r>
      <w:r w:rsidR="004B17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образователните </w:t>
      </w: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медиатори следва да бъде осигурено:</w:t>
      </w:r>
    </w:p>
    <w:p w14:paraId="78E4BD9F" w14:textId="77777777" w:rsidR="004F4C6F" w:rsidRPr="004F4C6F" w:rsidRDefault="004F4C6F" w:rsidP="00D61DF2">
      <w:pPr>
        <w:numPr>
          <w:ilvl w:val="0"/>
          <w:numId w:val="27"/>
        </w:numPr>
        <w:tabs>
          <w:tab w:val="clear" w:pos="720"/>
          <w:tab w:val="left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Подпомагане на устойчивото и регулярно функциониране на звено „Медиация“.</w:t>
      </w:r>
    </w:p>
    <w:p w14:paraId="7A4B8068" w14:textId="77777777" w:rsidR="004F4C6F" w:rsidRPr="004F4C6F" w:rsidRDefault="004F4C6F" w:rsidP="00D61DF2">
      <w:pPr>
        <w:numPr>
          <w:ilvl w:val="0"/>
          <w:numId w:val="27"/>
        </w:numPr>
        <w:tabs>
          <w:tab w:val="clear" w:pos="720"/>
          <w:tab w:val="left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Подобряване на комуникацията и взаимодействието между училището и семействата на учениците.</w:t>
      </w:r>
    </w:p>
    <w:p w14:paraId="3D8A1B87" w14:textId="77777777" w:rsidR="004F4C6F" w:rsidRPr="004F4C6F" w:rsidRDefault="004F4C6F" w:rsidP="00D61DF2">
      <w:pPr>
        <w:numPr>
          <w:ilvl w:val="0"/>
          <w:numId w:val="27"/>
        </w:numPr>
        <w:tabs>
          <w:tab w:val="clear" w:pos="720"/>
          <w:tab w:val="left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Подпомагане достигането до родители с по-ниска ангажираност и насърчаване на участието им в предвидените по проекта дейности.</w:t>
      </w:r>
    </w:p>
    <w:p w14:paraId="764EECB8" w14:textId="77777777" w:rsidR="004F4C6F" w:rsidRPr="004F4C6F" w:rsidRDefault="004F4C6F" w:rsidP="00D61DF2">
      <w:pPr>
        <w:numPr>
          <w:ilvl w:val="0"/>
          <w:numId w:val="27"/>
        </w:numPr>
        <w:tabs>
          <w:tab w:val="clear" w:pos="720"/>
          <w:tab w:val="left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Подкрепа при включването на родители и ученици в срещи, училищни инициативи, консултации, информационни кампании и други приложими форми на работа.</w:t>
      </w:r>
    </w:p>
    <w:p w14:paraId="4CDC5783" w14:textId="77777777" w:rsidR="004F4C6F" w:rsidRPr="004F4C6F" w:rsidRDefault="004F4C6F" w:rsidP="00D61DF2">
      <w:pPr>
        <w:numPr>
          <w:ilvl w:val="0"/>
          <w:numId w:val="27"/>
        </w:numPr>
        <w:tabs>
          <w:tab w:val="clear" w:pos="720"/>
          <w:tab w:val="left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Подпомагане на последващото проследяване на предприетите мерки и на комуникацията със семействата при работа по конкретни случаи.</w:t>
      </w:r>
    </w:p>
    <w:p w14:paraId="7FD5525A" w14:textId="77777777" w:rsidR="00D61DF2" w:rsidRDefault="00D61DF2" w:rsidP="00D61DF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3C16226B" w14:textId="18D6B473" w:rsidR="004F4C6F" w:rsidRPr="004F4C6F" w:rsidRDefault="004F4C6F" w:rsidP="00D61DF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БРОЙ ПОЗИЦИИ И ЗАЕТОСТ</w:t>
      </w:r>
    </w:p>
    <w:p w14:paraId="59A28B75" w14:textId="79328A21" w:rsidR="00465D3F" w:rsidRPr="00465D3F" w:rsidRDefault="00465D3F" w:rsidP="00465D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65D3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Обявеният подбор е за 2 (две) позиции „</w:t>
      </w:r>
      <w:r w:rsidR="004B17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Образователен м</w:t>
      </w:r>
      <w:r w:rsidRPr="00465D3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едиатор към звено „Медиация“, всяка на 0,5 щатна бройка.</w:t>
      </w:r>
    </w:p>
    <w:p w14:paraId="1209CF4F" w14:textId="579F0F5F" w:rsidR="00465D3F" w:rsidRPr="00465D3F" w:rsidRDefault="00465D3F" w:rsidP="00465D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65D3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 всяко от избраните лица се предвижда непълно работно време – до 4 часа дневно, съобразно планираната по проекта заетост.</w:t>
      </w:r>
    </w:p>
    <w:p w14:paraId="73DD0C87" w14:textId="0C1DA6BA" w:rsidR="00465D3F" w:rsidRPr="00465D3F" w:rsidRDefault="00465D3F" w:rsidP="00465D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65D3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Срокът на заетост е до приключване на проекта, но не по-късно от 14.04.2029 г.</w:t>
      </w:r>
    </w:p>
    <w:p w14:paraId="69FBF15E" w14:textId="0388DB4F" w:rsidR="00D61DF2" w:rsidRDefault="00465D3F" w:rsidP="00465D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65D3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Конкретните условия на трудовото правоотношение се уреждат в индивидуалните трудови договори.</w:t>
      </w:r>
    </w:p>
    <w:p w14:paraId="3452223F" w14:textId="77777777" w:rsidR="00465D3F" w:rsidRPr="004F4C6F" w:rsidRDefault="00465D3F" w:rsidP="00465D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22F551F3" w14:textId="77777777" w:rsidR="004F4C6F" w:rsidRPr="004F4C6F" w:rsidRDefault="004F4C6F" w:rsidP="00D61DF2">
      <w:pPr>
        <w:spacing w:after="0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МИНИМАЛНО ИЗИСКВАНЕ КЪМ КАНДИДАТИТЕ</w:t>
      </w:r>
    </w:p>
    <w:p w14:paraId="1BF2D31E" w14:textId="29273DED" w:rsidR="00937206" w:rsidRPr="00937206" w:rsidRDefault="00937206" w:rsidP="00937206">
      <w:pPr>
        <w:spacing w:after="0" w:line="240" w:lineRule="auto"/>
        <w:jc w:val="left"/>
        <w:outlineLvl w:val="1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720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Кандидатите следва да притежават завършено средно образование.</w:t>
      </w:r>
    </w:p>
    <w:p w14:paraId="73FE098E" w14:textId="704B02D7" w:rsidR="00465D3F" w:rsidRDefault="00937206" w:rsidP="00384246">
      <w:pPr>
        <w:spacing w:after="0" w:line="240" w:lineRule="auto"/>
        <w:jc w:val="left"/>
        <w:outlineLvl w:val="1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3720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Професионален опит </w:t>
      </w:r>
      <w:r w:rsidR="003842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– не се изисква.</w:t>
      </w:r>
    </w:p>
    <w:p w14:paraId="0A20D8BB" w14:textId="77777777" w:rsidR="00937206" w:rsidRDefault="00937206" w:rsidP="00937206">
      <w:pPr>
        <w:spacing w:after="0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62FAEE2A" w14:textId="122A1897" w:rsidR="004F4C6F" w:rsidRPr="004F4C6F" w:rsidRDefault="004F4C6F" w:rsidP="00465D3F">
      <w:pPr>
        <w:spacing w:after="0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ДОКУМЕНТИ ЗА КАНДИДАТСТВАНЕ</w:t>
      </w:r>
    </w:p>
    <w:p w14:paraId="4F8FB326" w14:textId="77777777" w:rsidR="004F4C6F" w:rsidRPr="004F4C6F" w:rsidRDefault="004F4C6F" w:rsidP="00465D3F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Кандидатите следва да представят:</w:t>
      </w:r>
    </w:p>
    <w:p w14:paraId="56D8963D" w14:textId="66164EB9" w:rsidR="004F4C6F" w:rsidRPr="004F4C6F" w:rsidRDefault="004F4C6F" w:rsidP="00465D3F">
      <w:pPr>
        <w:numPr>
          <w:ilvl w:val="0"/>
          <w:numId w:val="36"/>
        </w:numPr>
        <w:tabs>
          <w:tab w:val="clear" w:pos="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заявление за участие в подбора;</w:t>
      </w:r>
    </w:p>
    <w:p w14:paraId="4E088F68" w14:textId="77777777" w:rsidR="004F4C6F" w:rsidRPr="004F4C6F" w:rsidRDefault="004F4C6F" w:rsidP="00465D3F">
      <w:pPr>
        <w:numPr>
          <w:ilvl w:val="0"/>
          <w:numId w:val="36"/>
        </w:numPr>
        <w:tabs>
          <w:tab w:val="clear" w:pos="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автобиография;</w:t>
      </w:r>
    </w:p>
    <w:p w14:paraId="39725C2D" w14:textId="29AEC54A" w:rsidR="004F4C6F" w:rsidRPr="004F4C6F" w:rsidRDefault="004F4C6F" w:rsidP="00465D3F">
      <w:pPr>
        <w:numPr>
          <w:ilvl w:val="0"/>
          <w:numId w:val="36"/>
        </w:numPr>
        <w:tabs>
          <w:tab w:val="clear" w:pos="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копие от документ за завършено средно образование;</w:t>
      </w:r>
    </w:p>
    <w:p w14:paraId="3A3BE960" w14:textId="77777777" w:rsidR="00465D3F" w:rsidRDefault="00465D3F" w:rsidP="00465D3F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5DBF51A4" w14:textId="4FC4787C" w:rsidR="004F4C6F" w:rsidRPr="004F4C6F" w:rsidRDefault="004F4C6F" w:rsidP="00384246">
      <w:pPr>
        <w:spacing w:after="0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РАЗГЛЕЖДАНЕ И ОЦЕНКА НА КАНДИДАТИТЕ</w:t>
      </w:r>
    </w:p>
    <w:p w14:paraId="340C6629" w14:textId="77777777" w:rsidR="00384246" w:rsidRPr="00384246" w:rsidRDefault="00384246" w:rsidP="00384246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8424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Първи етап – проверка на документите</w:t>
      </w:r>
    </w:p>
    <w:p w14:paraId="5AB7FFC5" w14:textId="77777777" w:rsidR="00384246" w:rsidRPr="00384246" w:rsidRDefault="00384246" w:rsidP="003842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842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Проверява се дали кандидатът отговаря на минималното изискване за завършено средно образование и е представил необходимите документи за кандидатстване.</w:t>
      </w:r>
    </w:p>
    <w:p w14:paraId="5FDC1057" w14:textId="5E743C9C" w:rsidR="00384246" w:rsidRPr="00384246" w:rsidRDefault="00384246" w:rsidP="00384246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842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 втория етап се допускат всички кандидати, които отговарят на минималното изискване и са представили необходимите документи.</w:t>
      </w:r>
      <w:r w:rsidR="005532A8" w:rsidRPr="005532A8">
        <w:t xml:space="preserve"> </w:t>
      </w:r>
      <w:r w:rsidR="005532A8" w:rsidRPr="005532A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Резултатите от </w:t>
      </w:r>
      <w:r w:rsidR="005532A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проверката на документите</w:t>
      </w:r>
      <w:r w:rsidR="005532A8" w:rsidRPr="005532A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5532A8" w:rsidRPr="005532A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се отразяват в протокол на комисията по подбора</w:t>
      </w:r>
      <w:r w:rsidR="005532A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14:paraId="186BC967" w14:textId="77777777" w:rsidR="00384246" w:rsidRPr="00384246" w:rsidRDefault="00384246" w:rsidP="00384246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8424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Втори етап – събеседване</w:t>
      </w:r>
    </w:p>
    <w:p w14:paraId="7A1A2831" w14:textId="77777777" w:rsidR="00384246" w:rsidRPr="00384246" w:rsidRDefault="00384246" w:rsidP="00384246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842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 допуснатите кандидати се провежда събеседване.</w:t>
      </w:r>
    </w:p>
    <w:p w14:paraId="5884CD58" w14:textId="77777777" w:rsidR="00384246" w:rsidRPr="00384246" w:rsidRDefault="00384246" w:rsidP="00384246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842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време на събеседването се оценяват:</w:t>
      </w:r>
    </w:p>
    <w:p w14:paraId="79C69862" w14:textId="77777777" w:rsidR="00384246" w:rsidRPr="00384246" w:rsidRDefault="00384246" w:rsidP="00B646C7">
      <w:pPr>
        <w:numPr>
          <w:ilvl w:val="0"/>
          <w:numId w:val="40"/>
        </w:num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842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мотивацията на кандидата за работа като медиатор към звено „Медиация“;</w:t>
      </w:r>
    </w:p>
    <w:p w14:paraId="52D0EBA0" w14:textId="77777777" w:rsidR="00384246" w:rsidRPr="00384246" w:rsidRDefault="00384246" w:rsidP="00B646C7">
      <w:pPr>
        <w:numPr>
          <w:ilvl w:val="0"/>
          <w:numId w:val="40"/>
        </w:num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842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уменията за общуване и взаимодействие с деца, ученици, родители и семейства;</w:t>
      </w:r>
    </w:p>
    <w:p w14:paraId="33EC3510" w14:textId="77777777" w:rsidR="00384246" w:rsidRPr="00384246" w:rsidRDefault="00384246" w:rsidP="00B646C7">
      <w:pPr>
        <w:numPr>
          <w:ilvl w:val="0"/>
          <w:numId w:val="40"/>
        </w:num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842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способността за изграждане на доверие и добро взаимодействие;</w:t>
      </w:r>
    </w:p>
    <w:p w14:paraId="07BC7BC9" w14:textId="77777777" w:rsidR="00384246" w:rsidRPr="00384246" w:rsidRDefault="00384246" w:rsidP="00B646C7">
      <w:pPr>
        <w:numPr>
          <w:ilvl w:val="0"/>
          <w:numId w:val="40"/>
        </w:num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842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подходът при конфликтни, напрегнати или чувствителни ситуации;</w:t>
      </w:r>
    </w:p>
    <w:p w14:paraId="64E580BE" w14:textId="77777777" w:rsidR="00384246" w:rsidRPr="00384246" w:rsidRDefault="00384246" w:rsidP="00B646C7">
      <w:pPr>
        <w:numPr>
          <w:ilvl w:val="0"/>
          <w:numId w:val="40"/>
        </w:num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842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разбирането на ролята и функциите на медиатора;</w:t>
      </w:r>
    </w:p>
    <w:p w14:paraId="5388F81A" w14:textId="77777777" w:rsidR="00384246" w:rsidRPr="00384246" w:rsidRDefault="00384246" w:rsidP="00B646C7">
      <w:pPr>
        <w:numPr>
          <w:ilvl w:val="0"/>
          <w:numId w:val="40"/>
        </w:num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842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готовността за работа в екип и взаимодействие с педагогически и други специалисти в училището;</w:t>
      </w:r>
    </w:p>
    <w:p w14:paraId="48A2D9AF" w14:textId="77777777" w:rsidR="00384246" w:rsidRPr="00384246" w:rsidRDefault="00384246" w:rsidP="00B646C7">
      <w:pPr>
        <w:numPr>
          <w:ilvl w:val="0"/>
          <w:numId w:val="40"/>
        </w:num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842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готовността за активно включване в дейностите и инициативите по проекта.</w:t>
      </w:r>
    </w:p>
    <w:p w14:paraId="2A85D90E" w14:textId="77777777" w:rsidR="00384246" w:rsidRPr="00384246" w:rsidRDefault="00384246" w:rsidP="00384246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842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Резултатите от събеседването се отразяват в протокол на комисията по подбора.</w:t>
      </w:r>
    </w:p>
    <w:p w14:paraId="3024BCF4" w14:textId="77777777" w:rsidR="00DB0E31" w:rsidRDefault="00DB0E31" w:rsidP="00DB0E3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6BE4B6B0" w14:textId="5C89DE5F" w:rsidR="00384246" w:rsidRPr="00384246" w:rsidRDefault="00384246" w:rsidP="00DB0E3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38424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КЛАСИРАНЕ</w:t>
      </w:r>
    </w:p>
    <w:p w14:paraId="40417E84" w14:textId="77777777" w:rsidR="00384246" w:rsidRPr="00384246" w:rsidRDefault="00384246" w:rsidP="00DB0E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842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Класирането на кандидатите се извършва изцяло въз основа на представянето им по време на събеседването.</w:t>
      </w:r>
    </w:p>
    <w:p w14:paraId="2B9F5C1B" w14:textId="081094BF" w:rsidR="00384246" w:rsidRPr="00384246" w:rsidRDefault="00384246" w:rsidP="00DB0E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842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първо и второ място се класират двамата кандидати, които в най-голяма степен показват мотивация, комуникативни умения, подходящо отношение към работата с деца и родители, способност за работа в екип и разбиране на функциите на </w:t>
      </w:r>
      <w:r w:rsidR="00DB788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образователния </w:t>
      </w:r>
      <w:r w:rsidRPr="003842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медиатор към звено „Медиация“.</w:t>
      </w:r>
    </w:p>
    <w:p w14:paraId="45970EC1" w14:textId="77777777" w:rsidR="00223CC6" w:rsidRDefault="00223CC6" w:rsidP="00223CC6">
      <w:pPr>
        <w:spacing w:after="0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3086DAFB" w14:textId="4D90C309" w:rsidR="004F4C6F" w:rsidRPr="004F4C6F" w:rsidRDefault="004F4C6F" w:rsidP="00223CC6">
      <w:pPr>
        <w:spacing w:after="0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СРОК И НАЧИН ЗА ПОДАВАНЕ НА ДОКУМЕНТИТЕ</w:t>
      </w:r>
    </w:p>
    <w:p w14:paraId="47D3CE14" w14:textId="77777777" w:rsidR="00223CC6" w:rsidRDefault="00223CC6" w:rsidP="00223CC6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408B96AA" w14:textId="599355D3" w:rsidR="004F4C6F" w:rsidRPr="004F4C6F" w:rsidRDefault="004F4C6F" w:rsidP="00223CC6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Краен срок за подаване на документи: </w:t>
      </w:r>
      <w:r w:rsidR="00223CC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30.09.2026 г. - 16.00 </w:t>
      </w:r>
      <w:r w:rsidRPr="004F4C6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часа.</w:t>
      </w:r>
    </w:p>
    <w:p w14:paraId="461FDC89" w14:textId="77777777" w:rsidR="004F4C6F" w:rsidRPr="004F4C6F" w:rsidRDefault="004F4C6F" w:rsidP="00223CC6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Документите могат да бъдат представени:</w:t>
      </w:r>
    </w:p>
    <w:p w14:paraId="4F5C595F" w14:textId="77777777" w:rsidR="004F4C6F" w:rsidRPr="004F4C6F" w:rsidRDefault="004F4C6F" w:rsidP="00223CC6">
      <w:pPr>
        <w:numPr>
          <w:ilvl w:val="0"/>
          <w:numId w:val="41"/>
        </w:num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място в ОУ „Иван Вазов“, гр. Кюстендил, ул. „София“ № 6;</w:t>
      </w:r>
    </w:p>
    <w:p w14:paraId="24DD770B" w14:textId="77777777" w:rsidR="004F4C6F" w:rsidRPr="004F4C6F" w:rsidRDefault="004F4C6F" w:rsidP="00223CC6">
      <w:pPr>
        <w:numPr>
          <w:ilvl w:val="0"/>
          <w:numId w:val="41"/>
        </w:num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електронен път на e-</w:t>
      </w:r>
      <w:proofErr w:type="spellStart"/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mail</w:t>
      </w:r>
      <w:proofErr w:type="spellEnd"/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: </w:t>
      </w:r>
      <w:hyperlink r:id="rId8" w:history="1">
        <w:r w:rsidRPr="004F4C6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bg-BG" w:eastAsia="bg-BG"/>
          </w:rPr>
          <w:t>ouvazov_kn@abv.bg</w:t>
        </w:r>
      </w:hyperlink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14:paraId="5F2C9931" w14:textId="77777777" w:rsidR="004F4C6F" w:rsidRPr="004F4C6F" w:rsidRDefault="004F4C6F" w:rsidP="00D51D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 подаване по електронен път документите следва да бъдат представени във формат PDF.</w:t>
      </w:r>
    </w:p>
    <w:p w14:paraId="4CFDCF7B" w14:textId="77777777" w:rsidR="004F4C6F" w:rsidRPr="004F4C6F" w:rsidRDefault="004F4C6F" w:rsidP="00223CC6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полето „Относно“ на електронното съобщение следва да бъде посочено:</w:t>
      </w:r>
    </w:p>
    <w:p w14:paraId="400D83FD" w14:textId="75B8AEB3" w:rsidR="004F4C6F" w:rsidRPr="004F4C6F" w:rsidRDefault="004F4C6F" w:rsidP="00D51D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„Кандидатстване за </w:t>
      </w:r>
      <w:r w:rsidR="00D51D7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образователен </w:t>
      </w:r>
      <w:r w:rsidRPr="004F4C6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медиатор към звено „Медиация“ – проект BG05SFPR001-1.010-0273“</w:t>
      </w:r>
    </w:p>
    <w:p w14:paraId="618D66BC" w14:textId="77777777" w:rsidR="004F4C6F" w:rsidRPr="004F4C6F" w:rsidRDefault="004F4C6F" w:rsidP="00223CC6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Документи, получени след изтичане на крайния срок, не се разглеждат.</w:t>
      </w:r>
    </w:p>
    <w:p w14:paraId="1CD0428E" w14:textId="77777777" w:rsidR="00223CC6" w:rsidRDefault="00223CC6" w:rsidP="00223CC6">
      <w:pPr>
        <w:spacing w:after="0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08AB34BC" w14:textId="04506F73" w:rsidR="004F4C6F" w:rsidRPr="004F4C6F" w:rsidRDefault="004F4C6F" w:rsidP="00223CC6">
      <w:pPr>
        <w:spacing w:after="0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ДОПЪЛНИТЕЛНА ИНФОРМАЦИЯ</w:t>
      </w:r>
    </w:p>
    <w:p w14:paraId="2B12BC22" w14:textId="77777777" w:rsidR="004F4C6F" w:rsidRPr="004F4C6F" w:rsidRDefault="004F4C6F" w:rsidP="00223CC6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ОУ „Иван Вазов“ – гр. Кюстендил</w:t>
      </w: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br/>
        <w:t>Адрес: гр. Кюстендил, п.к. 2500, ул. „София“ № 6</w:t>
      </w: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br/>
        <w:t>Тел.: 0899 629 414</w:t>
      </w: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br/>
        <w:t>E-</w:t>
      </w:r>
      <w:proofErr w:type="spellStart"/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mail</w:t>
      </w:r>
      <w:proofErr w:type="spellEnd"/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: </w:t>
      </w:r>
      <w:hyperlink r:id="rId9" w:history="1">
        <w:r w:rsidRPr="004F4C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bg-BG" w:eastAsia="bg-BG"/>
          </w:rPr>
          <w:t>ouvazov_kn@abv.bg</w:t>
        </w:r>
      </w:hyperlink>
    </w:p>
    <w:p w14:paraId="22DB3679" w14:textId="77777777" w:rsidR="00223CC6" w:rsidRDefault="00223CC6" w:rsidP="00223CC6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0C28CA1D" w14:textId="20CAD8BE" w:rsidR="00223CC6" w:rsidRDefault="00223CC6" w:rsidP="00223CC6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20E9ABD8" w14:textId="1A1047A8" w:rsidR="002E0CF1" w:rsidRDefault="002E0CF1" w:rsidP="00223CC6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5962A16A" w14:textId="77777777" w:rsidR="00223CC6" w:rsidRDefault="00223CC6" w:rsidP="00223CC6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08C821CC" w14:textId="13DE7CB3" w:rsidR="004F4C6F" w:rsidRPr="004F4C6F" w:rsidRDefault="004F4C6F" w:rsidP="00223CC6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СИЛВИЯ СЛАВЕВА</w:t>
      </w: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br/>
      </w:r>
      <w:r w:rsidRPr="004F4C6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ДИРЕКТОР НА ОУ „ИВАН ВАЗОВ“</w:t>
      </w:r>
    </w:p>
    <w:p w14:paraId="00C5407E" w14:textId="1636E777" w:rsidR="004F4C6F" w:rsidRPr="004F4C6F" w:rsidRDefault="004F4C6F" w:rsidP="004F4C6F">
      <w:pPr>
        <w:spacing w:before="100" w:beforeAutospacing="1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Дата: </w:t>
      </w:r>
      <w:r w:rsidR="00223CC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14.09.2026 г.</w:t>
      </w:r>
      <w:r w:rsidRPr="004F4C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br/>
        <w:t>гр. Кюстендил</w:t>
      </w:r>
    </w:p>
    <w:p w14:paraId="63ADA6FC" w14:textId="703ADD65" w:rsidR="00516B3E" w:rsidRPr="006D33DB" w:rsidRDefault="00516B3E" w:rsidP="004F4C6F">
      <w:pPr>
        <w:spacing w:after="0" w:line="276" w:lineRule="auto"/>
        <w:jc w:val="left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sectPr w:rsidR="00516B3E" w:rsidRPr="006D33DB" w:rsidSect="00516B3E">
      <w:headerReference w:type="default" r:id="rId10"/>
      <w:footerReference w:type="default" r:id="rId11"/>
      <w:pgSz w:w="12240" w:h="15840"/>
      <w:pgMar w:top="792" w:right="1152" w:bottom="993" w:left="1152" w:header="21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9B440" w14:textId="77777777" w:rsidR="00475397" w:rsidRDefault="00475397">
      <w:pPr>
        <w:spacing w:after="0" w:line="240" w:lineRule="auto"/>
      </w:pPr>
      <w:r>
        <w:separator/>
      </w:r>
    </w:p>
  </w:endnote>
  <w:endnote w:type="continuationSeparator" w:id="0">
    <w:p w14:paraId="6DE145AC" w14:textId="77777777" w:rsidR="00475397" w:rsidRDefault="00475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AC1EF" w14:textId="77777777" w:rsidR="00135873" w:rsidRPr="00736E57" w:rsidRDefault="000F4B95">
    <w:pPr>
      <w:pStyle w:val="a7"/>
      <w:pBdr>
        <w:top w:val="single" w:sz="4" w:space="2" w:color="808080"/>
      </w:pBdr>
      <w:spacing w:before="40"/>
      <w:jc w:val="center"/>
      <w:rPr>
        <w:lang w:val="bg-BG"/>
      </w:rPr>
    </w:pPr>
    <w:r w:rsidRPr="00736E57">
      <w:rPr>
        <w:rFonts w:eastAsia="Cambria"/>
        <w:sz w:val="15"/>
        <w:lang w:val="bg-BG"/>
      </w:rPr>
      <w:t>Административен договор за БФП № BG05SFPR001-1.010-0273-C01, проект BG05SFPR001-1.010-0273 „Сигурна среда за всяко дете: превенция и интервенция в ОУ „Иван Вазов““, по процедура BG05SFPR001-1.010 „Превенция и предотвратяване на тормоза и насилието и намаляване агресията в училищата“, Програма „Образование“ 2021–2027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C3789" w14:textId="77777777" w:rsidR="00475397" w:rsidRDefault="00475397">
      <w:pPr>
        <w:spacing w:after="0" w:line="240" w:lineRule="auto"/>
      </w:pPr>
      <w:r>
        <w:separator/>
      </w:r>
    </w:p>
  </w:footnote>
  <w:footnote w:type="continuationSeparator" w:id="0">
    <w:p w14:paraId="3BF0FFA7" w14:textId="77777777" w:rsidR="00475397" w:rsidRDefault="004753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C2E6C" w14:textId="77777777" w:rsidR="00135873" w:rsidRDefault="000F4B95">
    <w:pPr>
      <w:pStyle w:val="a5"/>
      <w:spacing w:after="60"/>
      <w:jc w:val="center"/>
    </w:pPr>
    <w:r>
      <w:rPr>
        <w:noProof/>
      </w:rPr>
      <w:drawing>
        <wp:inline distT="0" distB="0" distL="0" distR="0" wp14:anchorId="3A19A96B" wp14:editId="0585532E">
          <wp:extent cx="5166360" cy="65649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s_combined_fu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166360" cy="6564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CB34144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DE4CE6"/>
    <w:multiLevelType w:val="multilevel"/>
    <w:tmpl w:val="B0D46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35C1D30"/>
    <w:multiLevelType w:val="multilevel"/>
    <w:tmpl w:val="D9A897C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BD417F"/>
    <w:multiLevelType w:val="multilevel"/>
    <w:tmpl w:val="C4DA716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5D24511"/>
    <w:multiLevelType w:val="hybridMultilevel"/>
    <w:tmpl w:val="C5E459CA"/>
    <w:lvl w:ilvl="0" w:tplc="448AC3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8F931B1"/>
    <w:multiLevelType w:val="multilevel"/>
    <w:tmpl w:val="1E1C9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BF1223F"/>
    <w:multiLevelType w:val="multilevel"/>
    <w:tmpl w:val="E5EE7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F57C31"/>
    <w:multiLevelType w:val="multilevel"/>
    <w:tmpl w:val="587C0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34F45F6"/>
    <w:multiLevelType w:val="multilevel"/>
    <w:tmpl w:val="472E414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5E0A32"/>
    <w:multiLevelType w:val="multilevel"/>
    <w:tmpl w:val="87961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D7303F"/>
    <w:multiLevelType w:val="hybridMultilevel"/>
    <w:tmpl w:val="47A4DAF0"/>
    <w:lvl w:ilvl="0" w:tplc="448AC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BB4CC5"/>
    <w:multiLevelType w:val="multilevel"/>
    <w:tmpl w:val="F244B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3508FE"/>
    <w:multiLevelType w:val="multilevel"/>
    <w:tmpl w:val="395ABCD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B621F2"/>
    <w:multiLevelType w:val="multilevel"/>
    <w:tmpl w:val="F67EDB4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BD3D03"/>
    <w:multiLevelType w:val="hybridMultilevel"/>
    <w:tmpl w:val="D17887FA"/>
    <w:lvl w:ilvl="0" w:tplc="448AC3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F7B1F17"/>
    <w:multiLevelType w:val="multilevel"/>
    <w:tmpl w:val="C0480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4B0601C"/>
    <w:multiLevelType w:val="multilevel"/>
    <w:tmpl w:val="E048ED1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4D493E"/>
    <w:multiLevelType w:val="multilevel"/>
    <w:tmpl w:val="011C035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7427A3C"/>
    <w:multiLevelType w:val="hybridMultilevel"/>
    <w:tmpl w:val="3E44301A"/>
    <w:lvl w:ilvl="0" w:tplc="448AC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910801"/>
    <w:multiLevelType w:val="multilevel"/>
    <w:tmpl w:val="89088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0204BE"/>
    <w:multiLevelType w:val="multilevel"/>
    <w:tmpl w:val="592EC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D1E4427"/>
    <w:multiLevelType w:val="multilevel"/>
    <w:tmpl w:val="A26E05C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ED2A85"/>
    <w:multiLevelType w:val="multilevel"/>
    <w:tmpl w:val="E5C08A9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36C1CC8"/>
    <w:multiLevelType w:val="multilevel"/>
    <w:tmpl w:val="9D72C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6640262"/>
    <w:multiLevelType w:val="multilevel"/>
    <w:tmpl w:val="29AAA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97F2193"/>
    <w:multiLevelType w:val="multilevel"/>
    <w:tmpl w:val="7960E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D1F39B8"/>
    <w:multiLevelType w:val="multilevel"/>
    <w:tmpl w:val="ECE21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3F6516"/>
    <w:multiLevelType w:val="multilevel"/>
    <w:tmpl w:val="A36CF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63E2D87"/>
    <w:multiLevelType w:val="multilevel"/>
    <w:tmpl w:val="A92EF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9A704C6"/>
    <w:multiLevelType w:val="multilevel"/>
    <w:tmpl w:val="AAE6A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AE2C48"/>
    <w:multiLevelType w:val="hybridMultilevel"/>
    <w:tmpl w:val="6D26D76C"/>
    <w:lvl w:ilvl="0" w:tplc="B9D8109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9" w15:restartNumberingAfterBreak="0">
    <w:nsid w:val="70147F6C"/>
    <w:multiLevelType w:val="multilevel"/>
    <w:tmpl w:val="35902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96A2048"/>
    <w:multiLevelType w:val="multilevel"/>
    <w:tmpl w:val="395ABCD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2"/>
  </w:num>
  <w:num w:numId="11">
    <w:abstractNumId w:val="12"/>
  </w:num>
  <w:num w:numId="12">
    <w:abstractNumId w:val="26"/>
  </w:num>
  <w:num w:numId="13">
    <w:abstractNumId w:val="18"/>
  </w:num>
  <w:num w:numId="14">
    <w:abstractNumId w:val="39"/>
  </w:num>
  <w:num w:numId="15">
    <w:abstractNumId w:val="27"/>
  </w:num>
  <w:num w:numId="16">
    <w:abstractNumId w:val="15"/>
  </w:num>
  <w:num w:numId="17">
    <w:abstractNumId w:val="13"/>
  </w:num>
  <w:num w:numId="18">
    <w:abstractNumId w:val="19"/>
  </w:num>
  <w:num w:numId="19">
    <w:abstractNumId w:val="32"/>
  </w:num>
  <w:num w:numId="20">
    <w:abstractNumId w:val="11"/>
  </w:num>
  <w:num w:numId="21">
    <w:abstractNumId w:val="38"/>
  </w:num>
  <w:num w:numId="22">
    <w:abstractNumId w:val="16"/>
  </w:num>
  <w:num w:numId="23">
    <w:abstractNumId w:val="21"/>
  </w:num>
  <w:num w:numId="24">
    <w:abstractNumId w:val="20"/>
  </w:num>
  <w:num w:numId="25">
    <w:abstractNumId w:val="40"/>
  </w:num>
  <w:num w:numId="26">
    <w:abstractNumId w:val="14"/>
  </w:num>
  <w:num w:numId="27">
    <w:abstractNumId w:val="9"/>
  </w:num>
  <w:num w:numId="28">
    <w:abstractNumId w:val="33"/>
  </w:num>
  <w:num w:numId="29">
    <w:abstractNumId w:val="17"/>
  </w:num>
  <w:num w:numId="30">
    <w:abstractNumId w:val="36"/>
  </w:num>
  <w:num w:numId="31">
    <w:abstractNumId w:val="35"/>
  </w:num>
  <w:num w:numId="32">
    <w:abstractNumId w:val="31"/>
  </w:num>
  <w:num w:numId="33">
    <w:abstractNumId w:val="28"/>
  </w:num>
  <w:num w:numId="34">
    <w:abstractNumId w:val="37"/>
  </w:num>
  <w:num w:numId="35">
    <w:abstractNumId w:val="10"/>
  </w:num>
  <w:num w:numId="36">
    <w:abstractNumId w:val="29"/>
  </w:num>
  <w:num w:numId="37">
    <w:abstractNumId w:val="34"/>
  </w:num>
  <w:num w:numId="38">
    <w:abstractNumId w:val="24"/>
  </w:num>
  <w:num w:numId="39">
    <w:abstractNumId w:val="23"/>
  </w:num>
  <w:num w:numId="40">
    <w:abstractNumId w:val="30"/>
  </w:num>
  <w:num w:numId="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AA6"/>
    <w:rsid w:val="000241AF"/>
    <w:rsid w:val="00034616"/>
    <w:rsid w:val="0006063C"/>
    <w:rsid w:val="00061E64"/>
    <w:rsid w:val="00082017"/>
    <w:rsid w:val="00095B47"/>
    <w:rsid w:val="000D7581"/>
    <w:rsid w:val="000E23A4"/>
    <w:rsid w:val="000F4B95"/>
    <w:rsid w:val="0011065A"/>
    <w:rsid w:val="00117480"/>
    <w:rsid w:val="00135873"/>
    <w:rsid w:val="0015074B"/>
    <w:rsid w:val="001B6AFE"/>
    <w:rsid w:val="001F37AC"/>
    <w:rsid w:val="001F5ED7"/>
    <w:rsid w:val="002114C2"/>
    <w:rsid w:val="00223CC6"/>
    <w:rsid w:val="00234D79"/>
    <w:rsid w:val="00263DDC"/>
    <w:rsid w:val="0029639D"/>
    <w:rsid w:val="002B7050"/>
    <w:rsid w:val="002E0CF1"/>
    <w:rsid w:val="00315F61"/>
    <w:rsid w:val="00326F90"/>
    <w:rsid w:val="00377070"/>
    <w:rsid w:val="00384246"/>
    <w:rsid w:val="003D1CD3"/>
    <w:rsid w:val="003D358B"/>
    <w:rsid w:val="00413819"/>
    <w:rsid w:val="00465D3F"/>
    <w:rsid w:val="00475397"/>
    <w:rsid w:val="004B17AB"/>
    <w:rsid w:val="004B52C4"/>
    <w:rsid w:val="004C45F2"/>
    <w:rsid w:val="004F4C6F"/>
    <w:rsid w:val="00516B3E"/>
    <w:rsid w:val="00537D3D"/>
    <w:rsid w:val="0054783E"/>
    <w:rsid w:val="005532A8"/>
    <w:rsid w:val="005B3FDB"/>
    <w:rsid w:val="005D34F6"/>
    <w:rsid w:val="005E121A"/>
    <w:rsid w:val="006A7478"/>
    <w:rsid w:val="006B39CA"/>
    <w:rsid w:val="006D33DB"/>
    <w:rsid w:val="006D5731"/>
    <w:rsid w:val="00705ABA"/>
    <w:rsid w:val="00736E57"/>
    <w:rsid w:val="007910C6"/>
    <w:rsid w:val="007C39F3"/>
    <w:rsid w:val="008042D9"/>
    <w:rsid w:val="00823BD3"/>
    <w:rsid w:val="008908C7"/>
    <w:rsid w:val="008B4CD7"/>
    <w:rsid w:val="008C0A27"/>
    <w:rsid w:val="008C7833"/>
    <w:rsid w:val="009102CE"/>
    <w:rsid w:val="0093403A"/>
    <w:rsid w:val="00937206"/>
    <w:rsid w:val="00982C1A"/>
    <w:rsid w:val="009D19DD"/>
    <w:rsid w:val="009E2D38"/>
    <w:rsid w:val="00A46C6D"/>
    <w:rsid w:val="00A63C2D"/>
    <w:rsid w:val="00AA1D8D"/>
    <w:rsid w:val="00AC7F09"/>
    <w:rsid w:val="00B20C17"/>
    <w:rsid w:val="00B47730"/>
    <w:rsid w:val="00B646C7"/>
    <w:rsid w:val="00C6674E"/>
    <w:rsid w:val="00C779EC"/>
    <w:rsid w:val="00CB0664"/>
    <w:rsid w:val="00CF2BD7"/>
    <w:rsid w:val="00CF51B3"/>
    <w:rsid w:val="00D101E5"/>
    <w:rsid w:val="00D51D7E"/>
    <w:rsid w:val="00D61DF2"/>
    <w:rsid w:val="00D743D3"/>
    <w:rsid w:val="00D81815"/>
    <w:rsid w:val="00DB0E31"/>
    <w:rsid w:val="00DB0F9E"/>
    <w:rsid w:val="00DB7886"/>
    <w:rsid w:val="00DC2A48"/>
    <w:rsid w:val="00E13D34"/>
    <w:rsid w:val="00E2059B"/>
    <w:rsid w:val="00E346F4"/>
    <w:rsid w:val="00E4516B"/>
    <w:rsid w:val="00EA758F"/>
    <w:rsid w:val="00F22DB5"/>
    <w:rsid w:val="00F3713A"/>
    <w:rsid w:val="00F93501"/>
    <w:rsid w:val="00FC693F"/>
    <w:rsid w:val="00FD4673"/>
    <w:rsid w:val="00FE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4A820C"/>
  <w14:defaultImageDpi w14:val="300"/>
  <w15:docId w15:val="{5FC933D6-E6E0-4496-8E32-9786F2E76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52" w:lineRule="auto"/>
      <w:jc w:val="both"/>
    </w:pPr>
    <w:rPr>
      <w:rFonts w:ascii="Cambria" w:hAnsi="Cambria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Normal (Web)"/>
    <w:basedOn w:val="a1"/>
    <w:uiPriority w:val="99"/>
    <w:unhideWhenUsed/>
    <w:rsid w:val="00315F61"/>
    <w:pPr>
      <w:spacing w:before="100" w:beforeAutospacing="1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vazov_kn@abv.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uvazov_kn@abv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902</Words>
  <Characters>5143</Characters>
  <Application>Microsoft Office Word</Application>
  <DocSecurity>0</DocSecurity>
  <Lines>42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6033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25</cp:revision>
  <cp:lastPrinted>2026-09-30T12:05:00Z</cp:lastPrinted>
  <dcterms:created xsi:type="dcterms:W3CDTF">2026-10-02T11:51:00Z</dcterms:created>
  <dcterms:modified xsi:type="dcterms:W3CDTF">2026-10-05T10:34:00Z</dcterms:modified>
  <cp:category/>
</cp:coreProperties>
</file>